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7AD" w:rsidRPr="000F3921" w:rsidRDefault="000F3921">
      <w:pPr>
        <w:pStyle w:val="Ttulo1"/>
        <w:rPr>
          <w:lang w:val="es-ES"/>
        </w:rPr>
      </w:pPr>
      <w:r>
        <w:t xml:space="preserve">Solicitud de </w:t>
      </w:r>
      <w:proofErr w:type="spellStart"/>
      <w:r>
        <w:t>día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mudanza</w:t>
      </w:r>
      <w:proofErr w:type="spellEnd"/>
    </w:p>
    <w:p w:rsidR="000F3921" w:rsidRDefault="000F3921" w:rsidP="000F3921">
      <w:pPr>
        <w:rPr>
          <w:lang w:val="ru-RU"/>
        </w:rPr>
      </w:pPr>
    </w:p>
    <w:p w:rsidR="000F3921" w:rsidRPr="000F3921" w:rsidRDefault="000F3921" w:rsidP="000F3921">
      <w:pPr>
        <w:rPr>
          <w:lang w:val="ru-RU"/>
        </w:rPr>
      </w:pPr>
    </w:p>
    <w:p w:rsidR="007C17AD" w:rsidRDefault="000F3921">
      <w:proofErr w:type="spellStart"/>
      <w:r>
        <w:t>Nombre</w:t>
      </w:r>
      <w:proofErr w:type="spellEnd"/>
      <w:r>
        <w:t xml:space="preserve"> y </w:t>
      </w:r>
      <w:proofErr w:type="spellStart"/>
      <w:r>
        <w:t>apellidos</w:t>
      </w:r>
      <w:proofErr w:type="spellEnd"/>
      <w:r>
        <w:t xml:space="preserve"> </w:t>
      </w:r>
      <w:proofErr w:type="gramStart"/>
      <w:r>
        <w:t>del</w:t>
      </w:r>
      <w:proofErr w:type="gramEnd"/>
      <w:r>
        <w:t xml:space="preserve"> trabajador/a: ______________________________</w:t>
      </w:r>
    </w:p>
    <w:p w:rsidR="007C17AD" w:rsidRDefault="000F3921">
      <w:r>
        <w:t>DNI: ______________________________</w:t>
      </w:r>
    </w:p>
    <w:p w:rsidR="007C17AD" w:rsidRDefault="000F3921">
      <w:r>
        <w:t>Dirección: ______________________________</w:t>
      </w:r>
    </w:p>
    <w:p w:rsidR="007C17AD" w:rsidRDefault="007C17AD"/>
    <w:p w:rsidR="007C17AD" w:rsidRDefault="000F3921">
      <w:r>
        <w:t>A la atención de [Nombre de la empresa / Departamento de RRHH]</w:t>
      </w:r>
    </w:p>
    <w:p w:rsidR="007C17AD" w:rsidRDefault="007C17AD"/>
    <w:p w:rsidR="007C17AD" w:rsidRDefault="000F3921">
      <w:r>
        <w:t xml:space="preserve">En [ciudad], a </w:t>
      </w:r>
      <w:r>
        <w:t>___ de __________ de 20__</w:t>
      </w:r>
    </w:p>
    <w:p w:rsidR="007C17AD" w:rsidRDefault="007C17AD"/>
    <w:p w:rsidR="007C17AD" w:rsidRDefault="000F3921">
      <w:r>
        <w:t>Asunto: Solicitud de día por mudanza</w:t>
      </w:r>
    </w:p>
    <w:p w:rsidR="007C17AD" w:rsidRDefault="007C17AD"/>
    <w:p w:rsidR="007C17AD" w:rsidRDefault="000F3921">
      <w:r>
        <w:t>Por la presente, yo, [Nombre del trabajador/a], solicito a la empresa la concesión de un día</w:t>
      </w:r>
    </w:p>
    <w:p w:rsidR="007C17AD" w:rsidRDefault="000F3921">
      <w:r>
        <w:t>por mudanza el día ___ de __________ de 20__.</w:t>
      </w:r>
    </w:p>
    <w:p w:rsidR="007C17AD" w:rsidRDefault="007C17AD"/>
    <w:p w:rsidR="007C17AD" w:rsidRDefault="000F3921">
      <w:r>
        <w:t>Sin otro particular, agradezco de antemano su atenc</w:t>
      </w:r>
      <w:r>
        <w:t>ión.</w:t>
      </w:r>
    </w:p>
    <w:p w:rsidR="007C17AD" w:rsidRDefault="007C17AD"/>
    <w:p w:rsidR="007C17AD" w:rsidRDefault="000F3921">
      <w:r>
        <w:t>Atentamente,</w:t>
      </w:r>
    </w:p>
    <w:p w:rsidR="007C17AD" w:rsidRDefault="007C17AD"/>
    <w:p w:rsidR="007C17AD" w:rsidRDefault="000F3921">
      <w:r>
        <w:t>Firma: _____________________</w:t>
      </w:r>
    </w:p>
    <w:sectPr w:rsidR="007C17A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0F3921"/>
    <w:rsid w:val="0015074B"/>
    <w:rsid w:val="0029639D"/>
    <w:rsid w:val="00326F90"/>
    <w:rsid w:val="007C17AD"/>
    <w:rsid w:val="00AA1D8D"/>
    <w:rsid w:val="00B47730"/>
    <w:rsid w:val="00CB0664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561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usuario</cp:lastModifiedBy>
  <cp:revision>3</cp:revision>
  <dcterms:created xsi:type="dcterms:W3CDTF">2013-12-23T23:15:00Z</dcterms:created>
  <dcterms:modified xsi:type="dcterms:W3CDTF">2025-09-17T10:48:00Z</dcterms:modified>
  <cp:category/>
</cp:coreProperties>
</file>